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טענה, נימוקים, ביסוס, טיעון נגד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נימוק חזק לעומת נימוק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מושגים בטיעון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הדעה המרכזית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להסביר למה הטענה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דוגמה, נתון או מקור שמחזק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מציגים דעה הפוכה ומסבירים למה היא לא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עובדה אפשר לבדוק, דעה היא תחושה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נימוק חזק נשען על הסבר הגיוני ולא רק על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ביסוס נועד לחזק את הנימוק בעובדות או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להציג טיעון נגד ולהפריך אותו כדי לחזק את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ביטוי של תחושה אישית ולא עובדה הניתנת לבדיקה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הסיכום וההמלצה מופיעים בסוף הטיעון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(הדעה המרכזית שרוצים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(דוגמה או נתון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(דעה שמנוגדת לטענה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(הסבר למה הטיעון הנגדי אינו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הטענה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הוספת נימוקים התומכים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חיזוק הנימוקים בביסוס (דוגמאות או נתונים)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הצגת טיעון נגד והפרכתו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סיכום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טיעון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טענה ברורה, שני נימוקים הגיוניים ולפחות ביסוס אחד (דוגמה או נתון)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מציג טיעון נגד ברור ומסביר בהיגיון למה הוא אינו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נימוקים, ביסוס, טיעון נגד והפרכה, סיכום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לעובדה שאפשר לבדוק ודוגמה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חזק מבוסס על הסבר הגיוני, נימוק חלש מבוסס על רגש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שוב את שקפי הטיעון כדי להזכיר את המבנה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לבחור נושא אישי לטיעון שלהם כדי להגביר 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ולהתמקד במבנה הבסיסי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במתווה השקפים מגפון, מאיה ואורי מלמדים איך בונים טיעון משכנע שלב אחרי שלב - מהטענה ועד לסיכום. בדף הזה נתרגל את כל השלבים.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מושגים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ההגדרה הנכונה לטענה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הדעה המרכזית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או סיפור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סיום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 לקהל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תפקידם של הנימוקים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למה הטענה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הטיעון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טיעון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כותרת מושכת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ביסוס לפי מתווה השקפים?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דוגמה, נתון או מקור שמחזק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פתיחה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רטורית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מגפון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בשקף של טיעון נגד והפרכה?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מציגים דעה הפוכה ומסבירים למה היא לא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חוזרים שוב על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מוסיפים עוד דוגמה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מסיימים את המצגת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עובדה לדעה?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אפשר לבדוק, דעה היא תחושה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היא תמיד שלילית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תמיד נכונה יותר מעובדה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מבוסס רק על רגש אישי בלי הסבר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ביסוס יכול להיות דוגמה, נתון מספרי או ציטוט ממקור אמין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בטיעון טוב מומלץ להתעלם לגמרי מדעות מנוגדות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'אני חושב שזה המקום הכי יפה' הוא דעה ולא עובדה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והמלצה מופיעים בתחילת הטיעון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שמביע את הדעה המרכזית של הכותב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לחזק נימוק משתמשים ב__________, למשל דוגמה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מציגים דעה הפוכה ומסבירים למה היא שגויה,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משפט שאפשר לבדוק אם הוא נכון או לא נכון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דעה שמנוגדת לטענה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דוגמה או נתון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למה הטיעון הנגדי אינו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טיעון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הדעה המרכזית שרוצים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נימוקים התומכים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טיעון נגד והפרכתו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הטענה המרכזית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סיכום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חיזוק הנימוקים בביסוס (דוגמאות או נתונים)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טיעון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טענה בנושא שמעניין אתכם, נמקו אותה בשני נימוקים ובססו אחד מהם בדוגמה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דעה הפוכה לטענה שכתבתם, ונסו להפריך אותה בכמה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חלקי הטיעון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עובדה ולמשפט דעה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חזק לנימוק חלש?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