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כותבים טיעון – משכנעים בחוכמה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הטיעון: טענה, נימוקים, ביסוס, טיעון נגד וסיכום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עובדה לדעה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נימוק חזק לעומת נימוק חלש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מושגים בטיעון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הדעה המרכזית שרוצים לשכנע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להסביר למה הטענה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דוגמה, נתון או מקור שמחזק את הנימוק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מציגים דעה הפוכה ומסבירים למה היא לא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עובדה אפשר לבדוק, דעה היא תחושה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נימוק חזק נשען על הסבר הגיוני ולא רק על 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ביסוס נועד לחזק את הנימוק בעובדות או דוגמאות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כדאי להציג טיעון נגד ולהפריך אותו כדי לחזק את הטיעון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ביטוי של תחושה אישית ולא עובדה הניתנת לבדיקה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הסיכום וההמלצה מופיעים בסוף הטיעון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ביסוס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הפרכה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עובדה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(הדעה המרכזית שרוצים לשכנע 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(הסבר שתומך בטענה)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(דוגמה או נתון שמחזק את הנימוק)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(דעה שמנוגדת לטענה שלנו)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(הסבר למה הטיעון הנגדי אינו נכון)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בניית הטיעון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כתיבת הטענה המרכזית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הוספת נימוקים התומכים בטענה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חיזוק הנימוקים בביסוס (דוגמאות או נתונים)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הצגת טיעון נגד והפרכתו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כתיבת סיכום והמלצה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טיעון משלכם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טענה ברורה, שני נימוקים הגיוניים ולפחות ביסוס אחד (דוגמה או נתון)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מציג טיעון נגד ברור ומסביר בהיגיון למה הוא אינו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טענה, נימוקים, ביסוס, טיעון נגד והפרכה, סיכום והמלצה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לעובדה שאפשר לבדוק ודוגמה לדעה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נימוק חזק מבוסס על הסבר הגיוני, נימוק חלש מבוסס על רגש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שוב את שקפי הטיעון כדי להזכיר את המבנה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לבחור נושא אישי לטיעון שלהם כדי להגביר מוטיבציה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אפשר לדלג על הפריטים המסומנים ולהתמקד במבנה הבסיסי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כותבים טיעון – משכנעים בחוכמה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איך כותבים טיעון טוב: טענה, נימוקים, ביסוס וסיכום. יש תרגילים קצרים.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טיעון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כתוב שמטרתו לשכנע מישהו בדעה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טענה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המרכזי שמביע את הדעה שלנו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נימוק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שתומך בטענה ומסביר למה היא נכונה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ביסוס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דוגמה, נתון או מקור שמחזק את הנימוק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טיעון נגד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דעה הפוכה לטענה שלנו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הפרכה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למה הטיעון הנגדי אינו נכון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עובדה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שאפשר לבדוק אם הוא נכון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תחושה או עמדה אישית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מושגים בטיעון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זו טענה?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הדעה המרכזית שרוצים לשכנע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דוגמה או סיפור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 סיום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שאלה פתוחה לקהל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משמשים נימוקים?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להסביר למה הטענה 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לסכם את הטיעון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להציג טיעון נגד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כותרת מושכת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ביסוס?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דוגמה, נתון או מקור שמחזק את הנימוק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פתיחה מצחיק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 רטורית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הדמות מגפון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בשלב הטיעון נגד?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מציגים דעה הפוכה ומסבירים למה היא לא 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חוזרים שוב על הטענה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מוסיפים עוד דוגמה לטענה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מסיימים את המצגת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ההבדל בין עובדה לדעה?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עובדה אפשר לבדוק, דעה היא תחושה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עובדה היא תמיד שלילית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דעה תמיד נכונה יותר מעובדה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הבדל ביניהן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נימוק חזק מבוסס רק על רגש אישי בלי הסבר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ביסוס יכול להיות דוגמה, נתון מספרי או ציטוט ממקור אמין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בטיעון טוב מומלץ להתעלם לגמרי מדעות מנוגדות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'אני חושב שזה המקום הכי יפה' הוא דעה ולא עובדה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סיכום והמלצה מופיעים בתחילת הטיעון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המשפט שמביע את הדעה המרכזית של הכותב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לחזק נימוק משתמשים ב__________, למשל דוגמה או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כאשר מציגים דעה הפוכה ומסבירים למה היא שגויה, זו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משפט שאפשר לבדוק אם הוא נכון או לא נכון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טענה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דעה שמנוגדת לטענה שלנו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נימוק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הדעה המרכזית שרוצים לשכנע 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ביסוס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הסבר למה הטיעון הנגדי אינו נכון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טיעון נגד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הסבר שתומך בטענה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הפרכה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דוגמה או נתון שמחזק את הנימוק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בניית הטיעון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הוספת נימוקים התומכים בטענה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חיזוק הנימוקים בביסוס (דוגמאות או נתונים)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הצגת טיעון נגד והפרכתו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סיכום והמלצה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הטענה המרכזית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טיעון משלכם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טענה בנושא שמעניין אתכם, נמקו אותה בשני נימוקים ובססו אחד מהם בדוגמה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דעה הפוכה לטענה שכתבתם, ונסו להפריך אותה בכמה שורות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חמשת חלקי הטיעון שלמדנו?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למשפט עובדה ולמשפט דעה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נימוק חזק לנימוק חלש?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כותבים טיעון – משכנעים בחוכמה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