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הטיעון: טענה, נימוקים, ביסוס, טיעון נגד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נימוק חזק לעומת נימוק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מושגים בטיעון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הדעה המרכזית שרוצים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להסביר למה הטענה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נימוק חזק נשען על הסבר הגיוני ולא רק על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ביסוס נועד לחזק את הנימוק בעובדות או דוגמאות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ביסוס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(הדעה המרכזית שרוצים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(דוגמה או נתון שמחזק את הנימוק)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הוספת נימוקים התומכים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חיזוק הנימוקים בביסוס (דוגמאות או נתונים)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הצגת טיעון נגד והפרכתו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טיעון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טענה ברורה, שני נימוקים הגיוניים ולפחות ביסוס אחד (דוגמה או נתון)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נימוקים, ביסוס, טיעון נגד והפרכה, סיכום והמלצה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לעובדה שאפשר לבדוק ודוגמה לדעה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חזק מבוסס על הסבר הגיוני, נימוק חלש מבוסס על רגש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שוב את שקפי הטיעון כדי להזכיר את המבנה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לבחור נושא אישי לטיעון שלהם כדי להגביר 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ולהתמקד במבנה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במתווה השקפים מגפון, מאיה ואורי מלמדים איך בונים טיעון משכנע שלב אחרי שלב - מהטענה ועד לסיכום. בדף הזה נתרגל את כל השלבים.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ביסוס  ·  טענה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מושגים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ההגדרה הנכונה לטענה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הדעה המרכזית שרוצים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דוגמה או סיפור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סיום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תפקידם של הנימוקים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להסביר למה הטענה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לסכם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להציג טיעון נגד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נימוק חזק מבוסס רק על רגש אישי בלי הסבר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ביסוס יכול להיות דוגמה, נתון מספרי או ציטוט ממקור אמין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המשפט שמביע את הדעה המרכזית של הכותב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לחזק נימוק משתמשים ב__________, למשל דוגמה או נתון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דוגמה או נתון שמחזק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הדעה המרכזית שרוצים לשכנע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הוספת נימוקים התומכים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טיעון נגד והפרכתו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הטענה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חיזוק הנימוקים בביסוס (דוגמאות או נתונים)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טיעון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טענה בנושא שמעניין אתכם, נמקו אותה בשני נימוקים ובססו אחד מהם בדוגמה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חלקי הטיעון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למשפט עובדה ולמשפט 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טיעון –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